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פועל, שם תואר, מילת יחס ותואר הפועל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הבדיקות המהירות לזיהוי 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תקינים עם חלקי דיבר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הילד קם מוקדם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איזה או איזו?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הבדיקות המהירות לזיהוי שם עצם, כמו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השאלה המתאימה לפועל היא 'מה עשה?'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כלב גדול, כלבה גדולה, כלבים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מילות יחס הן לרוב מילים קצרות כמו על, ליד,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למשל רץ מהר, דיברה בשקט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צבעוניים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לחלק הדיבר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(מילת יחס)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(תואר הפועל (ז׳))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הילדה הקטנה אכלה תפוח אדום.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הילדה-שם עצם, הקטנה-שם תואר, רצה-פועל, מהר-תואר הפועל, אל-מילת יחס, הגן-שם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לשם עצם אפשר להוסיף ה׳ הידיעה; לפועל שואלים 'מה עשה?'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לכל סוג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שואלים 'איך?' כמו רץ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מילת יחס כמו על, ליד, 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מהכרטיס ההסבר ולתרגל יחד דוגמה אחת מכל חלק דיבר לפני התרגול העצמי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בשם עצם ופועל בלבד ולהשמיט את 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בבדיקה משותפת של כמה תשובות מהתרגיל האחרון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משפט המילים ממלאות תפקידים שונים – כמו חלקים בפאזל. בדף הזה נתרגל לזהות שם עצם, פועל, שם תואר, מילת יחס ותואר הפועל.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שם עצם? (אפשר להוסיף לה ה׳ הידיעה)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מילת יחס?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משפט יש תואר הפועל (ז׳)?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קם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הכלב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הילדה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שאלה עוזרת לזהות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או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איזה או איזו?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או עם מי?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לשם עצם אפשר להוסיף ה׳ הידיעה.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לפועל אפשר לשאול 'איזה?'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צריך להתאים במין ובמספר לשם העצם שהוא מתאר.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היא תמיד מילה ארוכה.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עונה על השאלה 'איך?'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החתול ה__________ קפץ על הגדר.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נועה __________ סיפור מצחיק.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מונח __________ לכיסא.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עומר רץ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פרפרים __________ עפו בגן.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לחלק הדיבר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ישחקו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מילת יחס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תואר הפועל (ז׳)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בגלל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שם עצם, פועל ושם תואר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זהו את חלקי הדיבר במשפט: הילדה הקטנה רצה מהר אל הגן.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איך בודקים אם מילה היא שם עצם או פועל.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עצם, לפועל ולשם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בודקים אם מילה היא תואר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עם מילת יחס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