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פועל, שם תואר, מילת יחס ותואר הפועל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הבדיקות המהירות לזיהוי 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תקינים עם חלקי דיבר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הבדיקות המהירות לזיהוי שם עצם, כמו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כלב גדול, כלבה גדולה, כלבים 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לחלק הדיבר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(שם 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הילדה הקטנה אכלה תפוח אדום.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הילדה-שם עצם, הקטנה-שם תואר, רצה-פועל, מהר-תואר הפועל, אל-מילת יחס, הגן-שם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לכל סוג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שואלים 'איך?' כמו רץ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מילת יחס כמו על, ליד, 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מהכרטיס ההסבר ולתרגל יחד דוגמה אחת מכל חלק דיבר לפני התרגול העצמי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בשם עצם ופועל בלבד ולהשמיט את 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בבדיקה משותפת של כמה תשובות מהתרגיל האחרון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משפט המילים ממלאות תפקידים שונים – כמו חלקים בפאזל. בדף הזה נתרגל לזהות שם עצם, פועל, שם תואר, מילת יחס ותואר הפועל.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כותבת  ·  שחור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היא שם עצם? (אפשר להוסיף לה ה׳ הידיעה)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לשם עצם אפשר להוסיף ה׳ הידיעה.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צריך להתאים במין ובמספר לשם העצם שהוא מתאר.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החתול ה__________ קפץ על הגדר.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נועה __________ סיפור מצחיק.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לחלק הדיבר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ישחקו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שיש בו שם עצם, פועל ושם תואר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זהו את חלקי הדיבר במשפט: הילדה הקטנה רצה מהר אל הגן.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עצם, לפועל ולשם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בודקים אם מילה היא תואר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